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42.82972, 74.62551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Panel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42.82972, 74.62551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92625" cy="2231999"/>
            <wp:docPr id="2" name="Picture 2" descr="Панно" title="Панно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51f6ad99989fa6c2e9f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92625" cy="223199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Панно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Panel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Panel mosaic “Sport, sport” Panel mosaic “Sport, sport”, microdistrict No. 5, house 61. Artist: Momunbek Akmatkulov, 1984.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https://bimap.su/description/frunze/247_Panno5.txt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42.82972, 74.62551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