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42.88316, 74.60544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Комвуз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42.88316, 74.60544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75180" cy="2232000"/>
            <wp:docPr id="2" name="Picture 2" descr="Комвуз" title="Комву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6ebaf8cefcb5eae93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751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Комвуз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Комвуз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1932г.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https://bimap.su/description/frunze/246_Komvuz.txt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42.88316, 74.60544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