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42.86104, 74.60799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Шанхай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42.86104, 74.60799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04959" cy="2232000"/>
            <wp:docPr id="2" name="Picture 2" descr="Шанхай" title="Шанха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17b7d3eb2f162b1e9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0495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Шанхай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Шанхай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Шанхай кыйроо жана согуш жылдарында качкындар ушундай караңгы конуштарга отурукташып, блиндаждарды жана турак-жай үчүн кепе курушкан. Шаарда «Шанхай», «Лондон» жана «Париж» пайда болду. Мындай кыштактардын бири Фрунзе вокзалынын жанында пайда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https://bimap.su/description/frunze/245_Shanhai.txt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42.86104, 74.60799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