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Чайхана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4836" cy="2232000"/>
            <wp:docPr id="2" name="Picture 2" descr="Чайхана" title="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7d2abf738dead5ae5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48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Чайхана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Чайхана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«Джалал-Абад» на улице Тоголок Молдо.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https://bimap.su/description/frunze/244_Chaihana.txt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42.87547, 74.59550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