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Teahouse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4836" cy="2232000"/>
            <wp:docPr id="2" name="Picture 2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7d2abf738dead5ae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48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Teahouse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Teahouse "Jalal-Abad" on Togolok Moldo Teahouse "Jalal-Abad" on Togolok Moldo.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https://bimap.su/description/frunze/244_Chaihana.txt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