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42.88139, 74.61104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Библиотека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42.88139, 74.61104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81300" cy="2232000"/>
            <wp:docPr id="2" name="Picture 2" descr="Библиотека" title="Библиоте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e0e7dc6370b6de8cf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13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Библиотека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Библиотека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Государственная библиотека имени Ленина построена в 1984 году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https://bimap.su/description/frunze/243_Biblioteka.txt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42.88139, 74.61104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