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42.88139, 74.61104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Китепкана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42.88139, 74.61104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81300" cy="2232000"/>
            <wp:docPr id="2" name="Picture 2" descr="Библиотека" title="Библиот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e0e7dc6370b6de8cf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13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Библиотека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Китепкана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Ленин атындагы мамлекеттик китепкана 1984-жылы курулган Ленин атындагы мамлекеттик китепкананын имараты 1984-жылы курулган. Архитекторлор Н.Нургазиев, К.Ибраев, Р.Асылбеков. 1993-жылы китепкана Кыргыз Республикасынын Улуттук китепканасы болуп өзгөртүлгөн.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https://bimap.su/description/frunze/243_Biblioteka.txt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42.88139, 74.61104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