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42.86613, 74.59528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Новый хирургический корпус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42.86613, 74.59528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99037" cy="2232000"/>
            <wp:docPr id="2" name="Picture 2" descr="Новый хирургический корпус" title="Новый хирургический корпус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22b70abaf4c2b405a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9903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Новый хирургический корпус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Новый хирургический корпус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Новый хирургический корпус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https://bimap.su/description/frunze/242_Hirurgia1.txt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42.86613, 74.59528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