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42.86583, 74.59570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Хирургический корпус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42.86583, 74.59570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Хирургический корпус" title="Хирургический корпу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b1b8775382bae4a6b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Хирургический корпус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Хирургический корпус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республиканской больницы.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https://bimap.su/description/frunze/241_Hirurgia.txt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42.86583, 74.59570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