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Fountains in Oak Park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5818" cy="2232000"/>
            <wp:docPr id="2" name="Picture 2" descr="Фонтаны в Дубовом парке" title="Фонтаны в Дубовом пар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92fef7bf12ee1612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58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Фонтаны в Дубовом парке · 1979г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Fountains in Oak Park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Fountains in Oak Park, photo 1979. The fountains in Oak Park were built on the site of the Udarnik cinema.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https://bimap.su/description/frunze/240Fontan1.txt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