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42.86819, 74.60600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Памятник Боконбаеву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42.86819, 74.60600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16227" cy="2232000"/>
            <wp:docPr id="2" name="Picture 2" descr="Памятник Боконбаеву" title="Памятник Боконбаев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d98267c46ebe6c6c3d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1622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Боконбаеву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Памятник Боконбаеву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Владимира Петрова, 1955г.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https://bimap.su/description/frunze/239_Bokonbaev.txt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42.86819, 74.60600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