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42.86819, 74.60600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Бөкөнбаевдин эстелиги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42.86819, 74.60600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416227" cy="2232000"/>
            <wp:docPr id="2" name="Picture 2" descr="Памятник Боконбаеву" title="Памятник Боконбаеву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d98267c46ebe6c6c3d6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41622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Памятник Боконбаеву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Бөкөнбаевдин эстелиги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Бөкөнбаевдин эстелиги. Фото 1955 Акын жана драматург Жоомарт Бөкөнбаевдин (1910-1944) бюсту эстелиги 1947-жылы 5-ноябрда орнотулган (скульптор С.М. Мануилова, архитектор В. Верюжский). 2003-жылы бюсту түстүү металл сатуу максатында уурдалган. Калыбына келтирилген.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https://bimap.su/description/frunze/239_Bokonbaev.txt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42.86819, 74.60600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