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42.86819, 74.60600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Bokonbaev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42.86819, 74.60600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16227" cy="2232000"/>
            <wp:docPr id="2" name="Picture 2" descr="Памятник Боконбаеву" title="Памятник Боконбае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98267c46ebe6c6c3d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62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Боконбаеву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Bokonbaev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Bokonbaev. Photo 1955 The bust monument to Djoomart Bokonbaev (1910-1944), poet and playwright, was erected on November 5, 1947. (sculptor S.M. Manuilova, architect V. Veryuzhsky). In 2003, the bust was stolen for the purpose of selling non-ferrous metal. Restored.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https://bimap.su/description/frunze/239_Bokonbaev.txt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42.86819, 74.60600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