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42.87682, 74.58784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Скульптурная композиция «Манас»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42.87682, 74.58784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04603" cy="2232000"/>
            <wp:docPr id="2" name="Picture 2" descr="Скульптурная композиция «Манас»" title="Скульптурная композиция «Манас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2eee538c9f7302517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460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Скульптурная композиция «Манас»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Скульптурная композиция «Манас»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Установлена в 1981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https://bimap.su/description/frunze/238_Manas.txt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Архитектурно-скульптурная композиция Манас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42.87682, 74.58784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Архитектурно-скульптурная композиция Манас" title="Архитектурно-скульптурная композиция Мана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86d97113811539d06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Архитектурно-скульптурная композиция Манас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Архитектурно-скульптурная композиция Манас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https://bimap.su/description/bishkek/38_IMG_0370.txt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