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42.87953, 74.60000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Фонтан в парке Панфилова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42.87953, 74.60000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01533" cy="2232000"/>
            <wp:docPr id="2" name="Picture 2" descr="Фонтан в парке Панфилова" title="Фонтан в парке Панфило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2001b4a082e7e7ff3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0153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 в парке Панфилова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Фонтан в парке Панфилова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50-х.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https://bimap.su/description/frunze/237Fontan.txt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42.87953, 74.60000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