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Fountain in Panfilov Park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01533" cy="2232000"/>
            <wp:docPr id="2" name="Picture 2" descr="Фонтан в парке Панфилова" title="Фонтан в парке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2001b4a082e7e7ff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15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 в парке Панфилова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Fountain in Panfilov Park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Fountain in Panfilov Park. Photo of the 50s Opened in 1950, sculptors O. Manuilova, V. Puzyrevsky, architect. E. Pisarskaya.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https://bimap.su/description/frunze/237Fontan.txt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