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МВД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26420" cy="2232000"/>
            <wp:docPr id="2" name="Picture 2" descr="Здание МВД" title="Здание МВ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1687d907bf19ccc9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64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МВД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МВД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МВД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https://bimap.su/description/frunze/235_MVD.txt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42.87637, 74.60427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