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42.87637, 74.60427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The Ministry of Internal Affairs building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42.87637, 74.60427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26420" cy="2232000"/>
            <wp:docPr id="2" name="Picture 2" descr="Здание МВД" title="Здание МВ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c1687d907bf19ccc93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264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МВД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The Ministry of Internal Affairs building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The Ministry of Internal Affairs building It was built in the first years after the war by captured Germans and Japanese. Demolished during the construction of the Central Square.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https://bimap.su/description/frunze/235_MVD.txt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42.87637, 74.60427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