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42.84843, 74.60892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Физприборы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42.84843, 74.60892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848275" cy="2232000"/>
            <wp:docPr id="2" name="Picture 2" descr="Физприборы" title="Физприбор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207e33bfc7439039b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482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Физприборы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Физприборы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Завод физприборов был создан в 1956 году.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https://bimap.su/description/frunze/233_Fizpribory.txt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42.84843, 74.60892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