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Физикалык приборлор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48275" cy="2232000"/>
            <wp:docPr id="2" name="Picture 2" descr="Физприборы" title="Физприбо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207e33bfc7439039b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2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Физприборы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Физикалык приборлор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Физикалык приборлор Физикалык приборлор заводу 1956-жылы түзүлгөн. Кыргыз ССРинин 50 жылдыгы атындагы прибор жасоочу завод деп аталды. Завод «Шкваль» торпедаларын, ар турдуу типтеги гена системаларын, алар учун дистанциялык башкарууну жана стандарттуу эмес контролдоо-елчее жабдууларын чыгарды. Физприбоор тарабынан медициналык жабдуулар - адамдын же жаныбарлардын мээсинин биотокторун жазуу үчүн энцефалографтар, дене ткандарынын химиялык курамын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https://bimap.su/description/frunze/233_Fizpribory.txt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