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42.84843, 74.60892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Physical devices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42.84843, 74.60892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48275" cy="2232000"/>
            <wp:docPr id="2" name="Picture 2" descr="Физприборы" title="Физприбо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207e33bfc7439039b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82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Физприборы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Physical devices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Physical devices The physical devices plant was created in 1956. Renamed to the Instrument-Making Plant named after the 50th anniversary of the Kyrgyz SSR. The plant produced Shkval torpedoes, various types of homing systems, remote control and non-standard control and measuring equipment for them. Fizpribory produced medical equipment - encephalographs for recording the biocurrents of the brain of humans or animals, electrophoresis installatio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https://bimap.su/description/frunze/233_Fizpribory.txt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42.84843, 74.60892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