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42.88023, 74.58691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“Жаштар аллеясы”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42.88023, 74.58691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782857" cy="2232000"/>
            <wp:docPr id="2" name="Picture 2" descr="«Аллея молодежи»" title="«Аллея молодежи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e21a7eaf4b3f5cf6e5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285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«Аллея молодежи» · Виктора Глумскова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“Жаштар аллеясы”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Жаштар аллеясы Жаштар аллеясы. Виктор Глумскийдин фотосу.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https://bimap.su/description/frunze/232_Alleia1.txt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Жаштар аллеясы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42.88023, 74.58691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3" name="Picture 3" descr="Аллея молодежи" title="Аллея молодеж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18ace3aac875158fac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Аллея молодежи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Жаштар аллеясы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Жаштар аллеясы. Ортодо Эл Куттун эстелиги бар. Евгений Коровиндин фотосу.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https://bimap.su/description/bishkek/42_IMG_0380.txt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