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42.88023, 74.58691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“Youth Alley”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42.88023, 74.58691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782857" cy="2232000"/>
            <wp:docPr id="2" name="Picture 2" descr="«Аллея молодежи»" title="«Аллея молодеж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e21a7eaf4b3f5cf6e5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28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«Аллея молодежи» · Виктора Глумскова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“Youth Alley”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Youth Alley Alley of Youth. Photo by Viktor Glumsky.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https://bimap.su/description/frunze/232_Alleia1.txt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Youth Alley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42.88023, 74.58691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Аллея молодежи" title="Аллея молодеж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18ace3aac875158fac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Аллея молодежи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Youth Alley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Youth Alley. In the center is a monument to El Kut. Photo by Evgeny Korovin.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https://bimap.su/description/bishkek/42_IMG_0380.txt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