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42.87734, 74.58660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«Аллея молодежи»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42.87734, 74.58660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148171" cy="2232000"/>
            <wp:docPr id="2" name="Picture 2" descr="«Аллея молодежи»" title="«Аллея молодежи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6eb714c01b0211ffaaf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14817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«Аллея молодежи» · 50-х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«Аллея молодежи»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, Фото 50-х.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https://bimap.su/description/frunze/231_Alleia.txt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Аллея молодежи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42.87734, 74.58660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7013" cy="2232000"/>
            <wp:docPr id="3" name="Picture 3" descr="Аллея молодежи" title="Аллея молодежи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5d9330d40ef1ef78e3c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97701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Аллея молодежи · Евгения Коровина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Аллея молодежи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Зимняя Аллея молодежи. Фото Евгения Коровина.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https://bimap.su/description/bishkek/126_IMG_1321.txt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