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“Жаштык аллеясы”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48171" cy="2232000"/>
            <wp:docPr id="2" name="Picture 2" descr="«Аллея молодежи»" title="«Аллея молодежи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eb714c01b0211ffaa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4817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«Аллея молодежи» · 50-х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“Жаштык аллеясы”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Жаштар аллеясы, А.Марусичтин альбомундагы 50-жылдардын сүрөтү Бул көчө анда Крупская деп аталып калган. Ал эми азыркы Жаштык аллеясына караганда, брусчатка менен капталган жана жылаңач бак-дарактар ​​жана бадалдар менен капталган аллеядай көрүндү. Алгач көчө Барачная, кийин Крупская, кийин Табышалиева деп аталып калган.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https://bimap.su/description/frunze/231_Alleia.txt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Жаштар аллеясы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Аллея молодежи" title="Аллея молодеж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d9330d40ef1ef78e3c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Аллея молодежи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Жаштар аллеясы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Кышкы жаштар аллеясы Кышкы жаштар аллеясы.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https://bimap.su/description/bishkek/126_IMG_1321.txt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