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42.87986, 74.58688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Monument to Shabdan Batyr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42.87986, 74.58688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2" name="Picture 2" descr="Памятник Шабдан Батыру" title="Памятник Шабдан Батыру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8c74d049f1a64bbd3a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Шабдан Батыру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Monument to Shabdan Batyr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Monument to Shabdan Batyr Monument to Shabdan Batyr, installed in 1980. on the Alley of Youth.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https://bimap.su/description/frunze/230_Shabdan.txt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42.87986, 74.58688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