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42.87989, 74.58311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Панно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42.87989, 74.58311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27885" cy="2232000"/>
            <wp:docPr id="2" name="Picture 2" descr="Панно" title="Панн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01ec2cf048a993e0c3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2788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Панно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Панно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мозаика «Возрождение».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https://bimap.su/description/frunze/229_Panno_Vozrojdenie.txt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42.87989, 74.58311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