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42.88120, 74.58611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Университет аянты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42.88120, 74.58611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50699" cy="2232000"/>
            <wp:docPr id="2" name="Picture 2" descr="Университетская площадь" title="Университетская площад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8c9b1ff6831c6a5dc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506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Университетская площадь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Университет аянты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Университет аянты, 50s University Square, 50s.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https://bimap.su/description/frunze/228_Universitet_plojad1.txt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42.88120, 74.58611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