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Университетская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4230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887aaf4f39fc60cf1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4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Университетская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70-е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https://bimap.su/description/frunze/227_Universitet_plojad.txt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