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Университет аянты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4230" cy="2232000"/>
            <wp:docPr id="2" name="Picture 2" descr="Университетская площадь" title="Университ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887aaf4f39fc60cf1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42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Университет аянты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Университет аянты, 70s University Square, 70s.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https://bimap.su/description/frunze/227_Universitet_plojad.txt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