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42.88225, 74.58713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Университет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42.88225, 74.58713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37933" cy="2232000"/>
            <wp:docPr id="2" name="Picture 2" descr="Университет" title="Университе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53e7f114d6a5b805c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79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Университет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Университет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Из альбома Киргизия, 1985г.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https://bimap.su/description/frunze/226_Universitet.txt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42.88225, 74.58713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