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Университет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37933" cy="2232000"/>
            <wp:docPr id="2" name="Picture 2" descr="Университет" title="Университе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53e7f114d6a5b805c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79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Университет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Университет. «Кыргызстан» альбомунан, 1985 Архитектор П.Иванов тарабынан долбоорлонгон имарат педагогикалык институт катары курулуп, 1941-жылы бүткөрүлгөн. Согуш маалында тылдагы госпиталь жайгашкан. 1951-жылы институт Кыргыз мамлекеттик университети болуп өзгөртүлүп, имаратка үчүнчү кабат кошулган. Университеттин скульптуралык ийрими, скульпторлор К.Г. Кошкин, О.Д. Минкова университеттин көрүнүшү, 70-жылдардын күзү.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https://bimap.su/description/frunze/226_Universitet.txt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