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University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37933" cy="2232000"/>
            <wp:docPr id="2" name="Picture 2" descr="Университет" title="Университе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53e7f114d6a5b805c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79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University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University. From the album Kyrgyzstan, 1985 The building, designed by architect P. Ivanov, was built as a pedagogical institute and was completed in 1941. During the war, it housed a rear hospital. In 1951, the institute was transformed into the Kyrgyz State University, and a third floor was added to the building. Sculpture group at the University, sculptors K.G. Koshkin, O.D. Minkova View of the University, autumn 70s.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https://bimap.su/description/frunze/226_Universitet.txt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42.88225, 74.58713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