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Фрагмент декора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42.86714, 74.60509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2280" cy="2232000"/>
            <wp:docPr id="1" name="Picture 1" descr="Фрагмент декора" title="Фрагмент деко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48ae72337ab819f0e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2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Фрагмент декора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Фрагмент декора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доме начала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https://bimap.su/description/pishpek/43_Stavni.txt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42.86714, 74.60509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42.86714, 74.60509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