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Fragment of decor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2280" cy="2232000"/>
            <wp:docPr id="1" name="Picture 1" descr="Фрагмент декора" title="Фрагмент деко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48ae72337ab819f0e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22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Фрагмент декора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Fragment of decor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Fragment of decor on a house from the early twentieth century. The facades of the houses were decorated with carved cornices, platbands, and shutters on the windows. Decorative elements, taken individually, do not make a strong impression. They looked in the ensemble of the entire building, playing not only a spectacular role in it, but also performing certain functions: they strengthened the stability of the house, hid building structures, pro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https://bimap.su/description/pishpek/43_Stavni.txt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42.86714, 74.60509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