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Ботаническая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0631" cy="2232000"/>
            <wp:docPr id="2" name="Picture 2" descr="Улица Ботаническая" title="Улица Ботаниче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bbf32bc1a3f19fb1b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06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Ботаническая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Ботаническая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(Токтоналиева).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https://bimap.su/description/frunze/223_Botanika60.txt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