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42.84105, 74.59185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Ботаническая көчөсү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42.84105, 74.59185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760631" cy="2232000"/>
            <wp:docPr id="2" name="Picture 2" descr="Улица Ботаническая" title="Улица Ботаниче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abbf32bc1a3f19fb1b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6063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Ботаническая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Ботаническая көчөсү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Ботаническая көчөсү Ботаническая көчөсү (Токтоналиева) Ала-Арча дарыясынын эки тарабында жайгашкан батыш тараптан Ботаническая турак жай аймагы менен чектешет. Микрорайон 1957-62-жылдары Ботаникалык бактын мөмө-жемиш аянтынын аймагында курулган. 4 кабаттуу кирпич жана панелдуу үйлөр менен курулган. Архитекторлор Н Карпенко, В Грибова, М Гулько.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https://bimap.su/description/frunze/223_Botanika60.txt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42.84105, 74.59185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