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Botanicheskaya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60631" cy="2232000"/>
            <wp:docPr id="2" name="Picture 2" descr="Улица Ботаническая" title="Улица Ботаниче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bbf32bc1a3f19fb1b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06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Ботаническая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Botanicheskaya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Botanicheskaya Street Botanicheskaya Street (Toktonalieva) borders the Botanicheskaya residential area on the west, located on both sides of the Ala-Archa River. The microdistrict was built in 1957-62 on the territory of the fruit plot of the Botanical Garden. Built up with 4-storey brick and panel houses. Architects N. Karpenko, V. Gribova, M. Gulko.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https://bimap.su/description/frunze/223_Botanika60.txt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42.84105, 74.59185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