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42.87034, 74.58877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Московская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42.87034, 74.58877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65881" cy="2232000"/>
            <wp:docPr id="2" name="Picture 2" descr="Улица Московская" title="Улица Моско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d6c608f5b484d5822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58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Московская · 60-х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Московская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60-х.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https://bimap.su/description/frunze/221_Moskovskaia.txt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42.87034, 74.58877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