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Moskovskaya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5881" cy="2232000"/>
            <wp:docPr id="2" name="Picture 2" descr="Улица Московская" title="Улица Моск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6c608f5b484d582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58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Московская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Moskovskaya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Moskovskaya Street Moskovskaya Street. The original name was Iskakovskaya. In 1924 the street was renamed Pionerskaya, and in 1954. - in the year of celebrating the 300th anniversary of the reunification of Ukraine with Russia - Pionerskaya is renamed Moskovskaya.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https://bimap.su/description/frunze/221_Moskovskaia.txt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