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Трикотажная фабрика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Трикотажная фабрика" title="Трикотажная фабр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5784646356ad45f92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Трикотажная фабрика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Трикотажная фабрика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https://bimap.su/description/frunze/220_Fabrika.txt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42.87559, 74.60193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