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Трикотаж фабрикасы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Трикотажная фабрика" title="Трикотажная фабр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25784646356ad45f92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Трикотажная фабрика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Трикотаж фабрикасы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Трикотаж фабрикасы Микоян атындагы трикотаж фабрикасы. Имарат шаардагы эң чоң универмаг үчүн курулган. 1941-жылы ал жерде Харьковдон эвакуацияланган трикотаж фабрикасы жайгашкан, анын негизинде 1971-жылы «Илбирс» трикотаж бирикмеси түзүлгөн.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https://bimap.su/description/frunze/220_Fabrika.txt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