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4682" cy="2232000"/>
            <wp:docPr id="2" name="Picture 2" descr="Улица Первомайская" title="Улица Первомай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197ac475e645a9c8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46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Первомайская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көчөсү Биринчи Май көчөсү (Раззакова), 50с. Көчө башында Васильевская деп аталган.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https://bimap.su/description/frunze/219_Pervomai.txt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