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Pervomaiskaya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4682" cy="2232000"/>
            <wp:docPr id="2" name="Picture 2" descr="Улица Первомайская" title="Улица Первомай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197ac475e645a9c88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46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Первомайская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Pervomaiskaya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Pervomaiskaya Street Pervomaiskaya Street (Razzakova), 50s. The street was originally called Vasilyevskaya.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https://bimap.su/description/frunze/219_Pervomai.txt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42.87824, 74.60468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