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42.88372, 74.59955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Ленина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42.88372, 74.59955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139618" cy="2232000"/>
            <wp:docPr id="2" name="Picture 2" descr="Улица Ленина" title="Улица Ле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961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Ленина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Ленина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(Жибек Жолу), 1955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https://bimap.su/description/frunze/218_UlLenina.txt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42.88372, 74.59955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