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42.88483, 74.61175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Пересечение ул. Ленина и Советской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42.88483, 74.61175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081345" cy="2232000"/>
            <wp:docPr id="2" name="Picture 2" descr="Пересечение ул. Ленина и Советской" title="Пересечение ул. Ленина и Сове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13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ул. Ленина и Советской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Пересечение ул. Ленина и Советской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Пересечение ул. Ленина (Жибек Жолу) и Советской (Абдрахманова), 1955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 217_SovLenina55.txt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42.88483, 74.61175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