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Crossing the street Lenin and Sovetskaya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081345" cy="2232000"/>
            <wp:docPr id="2" name="Picture 2" descr="Пересечение ул. Ленина и Советской" title="Пересечение ул. Ленина и Сове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13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ул. Ленина и Советской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Crossing the street Lenin and Sovetskaya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Intersection of st. Lenin (Zhibek Zholu) and Soviet (Abdrakhmanova), 1955.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 217_SovLenina55.txt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