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42.88405, 74.59908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Ленин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42.88405, 74.59908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367665" cy="2232000"/>
            <wp:docPr id="2" name="Picture 2" descr="Улица Ленина" title="Улица Ле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6766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Ленина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Ленин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Ленин көчөсү (ЖибекЖолу), 1955-ж. Бүткүл шаарды батыштан чыгышты көздөй кесип өткөн Ташкент шоссе Фрунзе шаарындагы Ташкент көчөсү деп аталат. 1938-жылдын августунан баштап Ташкентская Ленин көчөсү деп аталып, 1960-жылы Ленин проспектиси болуп калган. Юбилейлик жылдын октябрь айында 1974. Ленин проспектиси проспектиси деп аталды. Кыргыз ССРинин 50 жылдыгы атындагы.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https://bimap.su/description/frunze/216_Lenina55.txt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42.88405, 74.59908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