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42.88338, 74.59648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Ворошилова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42.88338, 74.59648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389333" cy="2232000"/>
            <wp:docPr id="2" name="Picture 2" descr="Улица Ворошилова" title="Улица Вороши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893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Ворошилова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Ворошилова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(Тоголок Молдо), 50-е годы.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https://bimap.su/description/frunze/214_Voroshilova.txt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42.88338, 74.59648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