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42.88338, 74.59648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Ворошилов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42.88338, 74.59648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389333" cy="2232000"/>
            <wp:docPr id="2" name="Picture 2" descr="Улица Ворошилова" title="Улица Ворош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93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Ворошилова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Ворошилов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Ворошилов көчөсү (Тоголок Молдо), 50-жылдар Башында көчө казарма деп аталган. 1938-жылдан 1975-жылга чейин көчөгө Ворошиловдун ысымы берилген. Андан кийин ал Атлетик болуп калды. 1960-жылы июнь айында эң көрүнүктүү акын Тоголок Молдонун (Байымбет Абдрахманов (1860-1942)) 100 жылдык мааракесине карата көчөгө анын ысымы ыйгарылган.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https://bimap.su/description/frunze/214_Voroshilova.txt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42.88338, 74.59648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